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Application to the Office of the Student Ombuds</w:t>
      </w:r>
    </w:p>
    <w:p>
      <w:r>
        <w:rPr>
          <w:i/>
        </w:rPr>
        <w:t>Cyprus University of Technology</w:t>
      </w:r>
    </w:p>
    <w:p/>
    <w:p>
      <w:r>
        <w:rPr>
          <w:b/>
        </w:rPr>
        <w:t xml:space="preserve">Surname: </w:t>
      </w:r>
      <w:r>
        <w:t>............................................................</w:t>
      </w:r>
    </w:p>
    <w:p>
      <w:r>
        <w:rPr>
          <w:b/>
        </w:rPr>
        <w:t xml:space="preserve">Name: </w:t>
      </w:r>
      <w:r>
        <w:t>............................................................</w:t>
      </w:r>
    </w:p>
    <w:p>
      <w:r>
        <w:rPr>
          <w:b/>
        </w:rPr>
        <w:t xml:space="preserve">Student ID (A.M.): </w:t>
      </w:r>
      <w:r>
        <w:t>............................................................</w:t>
      </w:r>
    </w:p>
    <w:p>
      <w:r>
        <w:rPr>
          <w:b/>
        </w:rPr>
        <w:t xml:space="preserve">Email: </w:t>
      </w:r>
      <w:r>
        <w:t>............................................................</w:t>
      </w:r>
    </w:p>
    <w:p>
      <w:r>
        <w:rPr>
          <w:b/>
        </w:rPr>
        <w:t xml:space="preserve">Telephone: </w:t>
      </w:r>
      <w:r>
        <w:t>............................................................</w:t>
      </w:r>
    </w:p>
    <w:p>
      <w:r>
        <w:rPr>
          <w:b/>
        </w:rPr>
        <w:t xml:space="preserve">Department / Faculty: </w:t>
      </w:r>
      <w:r>
        <w:t>............................................................</w:t>
      </w:r>
    </w:p>
    <w:p/>
    <w:p>
      <w:r>
        <w:rPr>
          <w:b/>
        </w:rPr>
        <w:t>I request the mediation of the Student Ombuds on the following matter:</w:t>
      </w:r>
    </w:p>
    <w:p>
      <w:r>
        <w:rPr>
          <w:b/>
        </w:rPr>
        <w:t xml:space="preserve">Title of matter: </w:t>
      </w:r>
      <w:r>
        <w:t>......................................................</w:t>
      </w:r>
    </w:p>
    <w:p>
      <w:r>
        <w:rPr>
          <w:b/>
        </w:rPr>
        <w:t>Description of matter:</w:t>
      </w:r>
    </w:p>
    <w:p>
      <w:r>
        <w:t>...............................................................................................</w:t>
      </w:r>
    </w:p>
    <w:p>
      <w:r>
        <w:t>...............................................................................................</w:t>
      </w:r>
    </w:p>
    <w:p>
      <w:r>
        <w:t>...............................................................................................</w:t>
      </w:r>
    </w:p>
    <w:p>
      <w:r>
        <w:t>...............................................................................................</w:t>
      </w:r>
    </w:p>
    <w:p>
      <w:r>
        <w:t>...............................................................................................</w:t>
      </w:r>
    </w:p>
    <w:p>
      <w:r>
        <w:t>...............................................................................................</w:t>
      </w:r>
    </w:p>
    <w:p>
      <w:r>
        <w:t>...............................................................................................</w:t>
      </w:r>
    </w:p>
    <w:p>
      <w:r>
        <w:t>...............................................................................................</w:t>
      </w:r>
    </w:p>
    <w:p>
      <w:r>
        <w:t>...............................................................................................</w:t>
      </w:r>
    </w:p>
    <w:p>
      <w:r>
        <w:t>...............................................................................................</w:t>
      </w:r>
    </w:p>
    <w:p/>
    <w:p>
      <w:r>
        <w:rPr>
          <w:b/>
        </w:rPr>
        <w:t xml:space="preserve">Date: </w:t>
      </w:r>
      <w:r>
        <w:t>...../...../..........</w:t>
      </w:r>
    </w:p>
    <w:p>
      <w:r>
        <w:rPr>
          <w:b/>
        </w:rPr>
        <w:t xml:space="preserve">Applicant (signature): </w:t>
      </w:r>
      <w:r>
        <w:t>........................................</w:t>
      </w:r>
    </w:p>
    <w:p/>
    <w:p>
      <w:r>
        <w:rPr>
          <w:i/>
          <w:color w:val="007FA3"/>
        </w:rPr>
        <w:t>Please send the completed form to sinigoros.foititi@cut.ac.cy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